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E1E" w:rsidRDefault="009A0AC9">
      <w:pPr>
        <w:autoSpaceDE w:val="0"/>
        <w:autoSpaceDN w:val="0"/>
        <w:spacing w:after="0" w:line="240" w:lineRule="auto"/>
        <w:jc w:val="center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7461250" cy="10533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1E" w:rsidRDefault="000B3E1E">
      <w:pPr>
        <w:sectPr w:rsidR="000B3E1E">
          <w:pgSz w:w="11904" w:h="16834"/>
          <w:pgMar w:top="0" w:right="134" w:bottom="122" w:left="0" w:header="720" w:footer="720" w:gutter="0"/>
          <w:cols w:space="720" w:equalWidth="0">
            <w:col w:w="11770" w:space="0"/>
          </w:cols>
          <w:docGrid w:linePitch="360"/>
        </w:sectPr>
      </w:pPr>
    </w:p>
    <w:p w:rsidR="000B3E1E" w:rsidRDefault="009A0AC9">
      <w:pPr>
        <w:autoSpaceDE w:val="0"/>
        <w:autoSpaceDN w:val="0"/>
        <w:spacing w:after="0" w:line="240" w:lineRule="auto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61250" cy="10533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E1E" w:rsidSect="00034616">
      <w:pgSz w:w="11904" w:h="16834"/>
      <w:pgMar w:top="0" w:right="134" w:bottom="122" w:left="0" w:header="720" w:footer="720" w:gutter="0"/>
      <w:cols w:space="720" w:equalWidth="0">
        <w:col w:w="1177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B3E1E"/>
    <w:rsid w:val="0015074B"/>
    <w:rsid w:val="0029639D"/>
    <w:rsid w:val="00326F90"/>
    <w:rsid w:val="009A0AC9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BFD3BB1E-4D82-4C79-B9E2-A676A731E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F760EF-90F6-4838-9FDF-77092104E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Отдел образования</cp:lastModifiedBy>
  <cp:revision>3</cp:revision>
  <dcterms:created xsi:type="dcterms:W3CDTF">2025-03-26T11:28:00Z</dcterms:created>
  <dcterms:modified xsi:type="dcterms:W3CDTF">2025-03-26T11:28:00Z</dcterms:modified>
  <cp:category/>
</cp:coreProperties>
</file>